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ADD1D" w14:textId="0364187C" w:rsidR="00F87601" w:rsidRDefault="00F87601">
      <w:pPr>
        <w:pStyle w:val="1"/>
        <w:rPr>
          <w:lang w:val="el-GR"/>
        </w:rPr>
      </w:pPr>
      <w:r>
        <w:rPr>
          <w:noProof/>
          <w:lang w:val="el-GR"/>
        </w:rPr>
        <w:drawing>
          <wp:anchor distT="0" distB="0" distL="114300" distR="114300" simplePos="0" relativeHeight="251658240" behindDoc="0" locked="0" layoutInCell="1" allowOverlap="1" wp14:anchorId="320C08D7" wp14:editId="7682E01A">
            <wp:simplePos x="0" y="0"/>
            <wp:positionH relativeFrom="margin">
              <wp:posOffset>937260</wp:posOffset>
            </wp:positionH>
            <wp:positionV relativeFrom="margin">
              <wp:posOffset>0</wp:posOffset>
            </wp:positionV>
            <wp:extent cx="2941320" cy="1341120"/>
            <wp:effectExtent l="0" t="0" r="0" b="0"/>
            <wp:wrapSquare wrapText="bothSides"/>
            <wp:docPr id="1307699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6993" name="Εικόνα 1307699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132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A6D0191" w14:textId="77777777" w:rsidR="003E0C29" w:rsidRDefault="003E0C29" w:rsidP="00F87601">
      <w:pPr>
        <w:pStyle w:val="1"/>
        <w:jc w:val="center"/>
        <w:rPr>
          <w:lang w:val="el-GR"/>
        </w:rPr>
      </w:pPr>
    </w:p>
    <w:p w14:paraId="7595B1AC" w14:textId="77777777" w:rsidR="003E0C29" w:rsidRDefault="003E0C29" w:rsidP="00F87601">
      <w:pPr>
        <w:pStyle w:val="1"/>
        <w:jc w:val="center"/>
        <w:rPr>
          <w:lang w:val="el-GR"/>
        </w:rPr>
      </w:pPr>
    </w:p>
    <w:p w14:paraId="13A46D0D" w14:textId="42E2103C" w:rsidR="00F4666C" w:rsidRPr="00F87601" w:rsidRDefault="00000000" w:rsidP="00F87601">
      <w:pPr>
        <w:pStyle w:val="1"/>
        <w:jc w:val="center"/>
        <w:rPr>
          <w:lang w:val="el-GR"/>
        </w:rPr>
      </w:pPr>
      <w:r w:rsidRPr="00F87601">
        <w:rPr>
          <w:lang w:val="el-GR"/>
        </w:rPr>
        <w:t>ΠΟΛΙΤΙΚΗ ΠΡΟΣΤΑΣΙΑΣ ΠΡΟΣΩΠΙΚΩΝ ΔΕΔΟΜΕΝΩΝ</w:t>
      </w:r>
      <w:r w:rsidRPr="00F87601">
        <w:rPr>
          <w:lang w:val="el-GR"/>
        </w:rPr>
        <w:br/>
      </w:r>
      <w:r>
        <w:t>PERSONAL</w:t>
      </w:r>
      <w:r w:rsidRPr="00F87601">
        <w:rPr>
          <w:lang w:val="el-GR"/>
        </w:rPr>
        <w:t xml:space="preserve"> </w:t>
      </w:r>
      <w:r>
        <w:t>DATA</w:t>
      </w:r>
      <w:r w:rsidRPr="00F87601">
        <w:rPr>
          <w:lang w:val="el-GR"/>
        </w:rPr>
        <w:t xml:space="preserve"> </w:t>
      </w:r>
      <w:r>
        <w:t>PROTECTION</w:t>
      </w:r>
      <w:r w:rsidRPr="00F87601">
        <w:rPr>
          <w:lang w:val="el-GR"/>
        </w:rPr>
        <w:t xml:space="preserve"> </w:t>
      </w:r>
      <w:r>
        <w:t>POLICY</w:t>
      </w:r>
    </w:p>
    <w:p w14:paraId="25F84DF6" w14:textId="6BA1E149" w:rsidR="00F4666C" w:rsidRDefault="00000000">
      <w:r w:rsidRPr="00F87601">
        <w:rPr>
          <w:lang w:val="el-GR"/>
        </w:rPr>
        <w:br/>
        <w:t>ΕΛΛΗΝΙΚΑ</w:t>
      </w:r>
      <w:r w:rsidRPr="00F87601">
        <w:rPr>
          <w:lang w:val="el-GR"/>
        </w:rPr>
        <w:br/>
      </w:r>
      <w:r w:rsidRPr="00F87601">
        <w:rPr>
          <w:lang w:val="el-GR"/>
        </w:rPr>
        <w:br/>
        <w:t xml:space="preserve">Η </w:t>
      </w:r>
      <w:r>
        <w:t>AUTO</w:t>
      </w:r>
      <w:r w:rsidRPr="00F87601">
        <w:rPr>
          <w:lang w:val="el-GR"/>
        </w:rPr>
        <w:t xml:space="preserve"> </w:t>
      </w:r>
      <w:r>
        <w:t>WORK</w:t>
      </w:r>
      <w:r w:rsidRPr="00F87601">
        <w:rPr>
          <w:lang w:val="el-GR"/>
        </w:rPr>
        <w:t xml:space="preserve"> </w:t>
      </w:r>
      <w:r>
        <w:t>EXPO</w:t>
      </w:r>
      <w:r w:rsidRPr="00F87601">
        <w:rPr>
          <w:lang w:val="el-GR"/>
        </w:rPr>
        <w:t xml:space="preserve"> 2026, διοργάνωση του Επιμελητηρίου Καστοριάς, συμμορφώνεται πλήρως με τον Κανονισμό (ΕΕ) 2016/679 (</w:t>
      </w:r>
      <w:r>
        <w:t>GDPR</w:t>
      </w:r>
      <w:r w:rsidRPr="00F87601">
        <w:rPr>
          <w:lang w:val="el-GR"/>
        </w:rPr>
        <w:t>).</w:t>
      </w:r>
      <w:r w:rsidRPr="00F87601">
        <w:rPr>
          <w:lang w:val="el-GR"/>
        </w:rPr>
        <w:br/>
        <w:t>Η παρούσα πολιτική αφορά τη συλλογή και επεξεργασία προσωπικών δεδομένων εκθετών, επισκεπτών και συνεργατών.</w:t>
      </w:r>
      <w:r w:rsidRPr="00F87601">
        <w:rPr>
          <w:lang w:val="el-GR"/>
        </w:rPr>
        <w:br/>
      </w:r>
      <w:r w:rsidRPr="00F87601">
        <w:rPr>
          <w:lang w:val="el-GR"/>
        </w:rPr>
        <w:br/>
        <w:t>Τα δεδομένα συλλέγονται αποκλειστικά για σκοπούς οργάνωσης, επικοινωνίας και υποστήριξης της Έκθεσης.</w:t>
      </w:r>
      <w:r w:rsidRPr="00F87601">
        <w:rPr>
          <w:lang w:val="el-GR"/>
        </w:rPr>
        <w:br/>
        <w:t>Δεν διαβιβάζονται σε τρίτους, παρά μόνο εφόσον απαιτείται λειτουργικά ή από τη νομοθεσία.</w:t>
      </w:r>
      <w:r w:rsidRPr="00F87601">
        <w:rPr>
          <w:lang w:val="el-GR"/>
        </w:rPr>
        <w:br/>
      </w:r>
      <w:r w:rsidRPr="00F87601">
        <w:rPr>
          <w:lang w:val="el-GR"/>
        </w:rPr>
        <w:br/>
        <w:t>Με την υποβολή της Φόρμας Εκδήλωσης Ενδιαφέροντος Εκθετών, ο αιτών αποδέχεται ρητά την παρούσα πολιτική.</w:t>
      </w:r>
      <w:r w:rsidRPr="00F87601">
        <w:rPr>
          <w:lang w:val="el-GR"/>
        </w:rPr>
        <w:br/>
      </w:r>
      <w:r w:rsidRPr="00F87601">
        <w:rPr>
          <w:lang w:val="el-GR"/>
        </w:rPr>
        <w:br/>
      </w:r>
      <w:r w:rsidRPr="00F87601">
        <w:rPr>
          <w:lang w:val="el-GR"/>
        </w:rPr>
        <w:br/>
      </w:r>
      <w:r>
        <w:t>ENGLISH</w:t>
      </w:r>
      <w:r>
        <w:br/>
      </w:r>
      <w:r>
        <w:br/>
        <w:t>AUTO WORK EXPO 2026, organized by the Kastoria Chamber of Commerce, fully complies with Regulation (EU) 2016/679 (GDPR).</w:t>
      </w:r>
      <w:r>
        <w:br/>
        <w:t>This policy applies to the collection and processing of personal data of exhibitors, visitors and partners.</w:t>
      </w:r>
      <w:r>
        <w:br/>
      </w:r>
      <w:r>
        <w:br/>
        <w:t>Data are collected solely for organizational and communication purposes of the Exhibition.</w:t>
      </w:r>
      <w:r>
        <w:br/>
        <w:t>They are not shared with third parties unless legally or operationally required.</w:t>
      </w:r>
      <w:r>
        <w:br/>
      </w:r>
      <w:r>
        <w:br/>
        <w:t>By submitting the Exhibitor Expression of Interest Form, the applicant explicitly accepts this policy.</w:t>
      </w:r>
      <w:r>
        <w:br/>
      </w:r>
      <w:r>
        <w:br/>
      </w:r>
      <w:r>
        <w:lastRenderedPageBreak/>
        <w:br/>
      </w:r>
    </w:p>
    <w:sectPr w:rsidR="00F4666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04CA4" w14:textId="77777777" w:rsidR="00220EE8" w:rsidRDefault="00220EE8">
      <w:pPr>
        <w:spacing w:after="0" w:line="240" w:lineRule="auto"/>
      </w:pPr>
      <w:r>
        <w:separator/>
      </w:r>
    </w:p>
  </w:endnote>
  <w:endnote w:type="continuationSeparator" w:id="0">
    <w:p w14:paraId="71EEBC1B" w14:textId="77777777" w:rsidR="00220EE8" w:rsidRDefault="00220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830EB" w14:textId="77777777" w:rsidR="00F4666C" w:rsidRDefault="00000000">
    <w:pPr>
      <w:pStyle w:val="a6"/>
    </w:pPr>
    <w:r>
      <w:t>AUTO WORK EXPO 2026 – Official Documentation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4F4F9" w14:textId="77777777" w:rsidR="00220EE8" w:rsidRDefault="00220EE8">
      <w:pPr>
        <w:spacing w:after="0" w:line="240" w:lineRule="auto"/>
      </w:pPr>
      <w:r>
        <w:separator/>
      </w:r>
    </w:p>
  </w:footnote>
  <w:footnote w:type="continuationSeparator" w:id="0">
    <w:p w14:paraId="47867431" w14:textId="77777777" w:rsidR="00220EE8" w:rsidRDefault="00220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F2E53" w14:textId="77777777" w:rsidR="00F4666C" w:rsidRDefault="00000000">
    <w:pPr>
      <w:pStyle w:val="a5"/>
    </w:pPr>
    <w:r>
      <w:t>AUTO WORK EXPO 2026 | Επ</w:t>
    </w:r>
    <w:proofErr w:type="spellStart"/>
    <w:r>
      <w:t>ιμελητήριο</w:t>
    </w:r>
    <w:proofErr w:type="spellEnd"/>
    <w:r>
      <w:t xml:space="preserve"> Κα</w:t>
    </w:r>
    <w:proofErr w:type="spellStart"/>
    <w:r>
      <w:t>στοριάς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20251063">
    <w:abstractNumId w:val="8"/>
  </w:num>
  <w:num w:numId="2" w16cid:durableId="1142113033">
    <w:abstractNumId w:val="6"/>
  </w:num>
  <w:num w:numId="3" w16cid:durableId="1815364191">
    <w:abstractNumId w:val="5"/>
  </w:num>
  <w:num w:numId="4" w16cid:durableId="1634604934">
    <w:abstractNumId w:val="4"/>
  </w:num>
  <w:num w:numId="5" w16cid:durableId="1503467054">
    <w:abstractNumId w:val="7"/>
  </w:num>
  <w:num w:numId="6" w16cid:durableId="1698970755">
    <w:abstractNumId w:val="3"/>
  </w:num>
  <w:num w:numId="7" w16cid:durableId="447436799">
    <w:abstractNumId w:val="2"/>
  </w:num>
  <w:num w:numId="8" w16cid:durableId="517700174">
    <w:abstractNumId w:val="1"/>
  </w:num>
  <w:num w:numId="9" w16cid:durableId="1252666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E7771"/>
    <w:rsid w:val="001F64A2"/>
    <w:rsid w:val="00220EE8"/>
    <w:rsid w:val="0029639D"/>
    <w:rsid w:val="00326F90"/>
    <w:rsid w:val="003E0C29"/>
    <w:rsid w:val="004B7247"/>
    <w:rsid w:val="00793B61"/>
    <w:rsid w:val="00A636D2"/>
    <w:rsid w:val="00AA1D8D"/>
    <w:rsid w:val="00B47730"/>
    <w:rsid w:val="00CB0664"/>
    <w:rsid w:val="00F4666C"/>
    <w:rsid w:val="00F8760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733F5E"/>
  <w14:defaultImageDpi w14:val="300"/>
  <w15:docId w15:val="{AAAF906C-ACF1-4EEF-B3D1-73EA1804C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Μπάμπης Καραταγλίδης</cp:lastModifiedBy>
  <cp:revision>3</cp:revision>
  <dcterms:created xsi:type="dcterms:W3CDTF">2025-12-16T09:13:00Z</dcterms:created>
  <dcterms:modified xsi:type="dcterms:W3CDTF">2026-01-19T18:28:00Z</dcterms:modified>
  <cp:category/>
</cp:coreProperties>
</file>